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36FA" w14:textId="77777777" w:rsidR="005903DA" w:rsidRPr="003E02CD" w:rsidRDefault="00580538">
      <w:pPr>
        <w:pStyle w:val="Heading1"/>
        <w:rPr>
          <w:lang w:val="it-IT"/>
        </w:rPr>
      </w:pPr>
      <w:proofErr w:type="spellStart"/>
      <w:r w:rsidRPr="003E02CD">
        <w:rPr>
          <w:lang w:val="it-IT"/>
        </w:rPr>
        <w:t>Vloga</w:t>
      </w:r>
      <w:proofErr w:type="spellEnd"/>
      <w:r w:rsidRPr="003E02CD">
        <w:rPr>
          <w:lang w:val="it-IT"/>
        </w:rPr>
        <w:t xml:space="preserve"> za </w:t>
      </w:r>
      <w:proofErr w:type="spellStart"/>
      <w:r w:rsidRPr="003E02CD">
        <w:rPr>
          <w:lang w:val="it-IT"/>
        </w:rPr>
        <w:t>medijsko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pokroviteljstvo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oziroma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programsko-poslovno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sodelovanje</w:t>
      </w:r>
      <w:proofErr w:type="spellEnd"/>
      <w:r w:rsidRPr="003E02CD">
        <w:rPr>
          <w:lang w:val="it-IT"/>
        </w:rPr>
        <w:t xml:space="preserve"> RTV Slovenija</w:t>
      </w:r>
    </w:p>
    <w:p w14:paraId="6DF7E2D3" w14:textId="77777777" w:rsidR="001045FF" w:rsidRDefault="001045FF">
      <w:pPr>
        <w:rPr>
          <w:lang w:val="it-IT"/>
        </w:rPr>
      </w:pPr>
    </w:p>
    <w:p w14:paraId="7F7AD69B" w14:textId="1F828A14" w:rsidR="005903DA" w:rsidRDefault="00580538">
      <w:pPr>
        <w:rPr>
          <w:lang w:val="it-IT"/>
        </w:rPr>
      </w:pPr>
      <w:proofErr w:type="spellStart"/>
      <w:r w:rsidRPr="003E02CD">
        <w:rPr>
          <w:lang w:val="it-IT"/>
        </w:rPr>
        <w:t>Vlogo</w:t>
      </w:r>
      <w:proofErr w:type="spellEnd"/>
      <w:r w:rsidRPr="003E02CD">
        <w:rPr>
          <w:lang w:val="it-IT"/>
        </w:rPr>
        <w:t xml:space="preserve"> je </w:t>
      </w:r>
      <w:proofErr w:type="spellStart"/>
      <w:r w:rsidRPr="003E02CD">
        <w:rPr>
          <w:lang w:val="it-IT"/>
        </w:rPr>
        <w:t>treba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praviloma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vložiti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najmanj</w:t>
      </w:r>
      <w:proofErr w:type="spellEnd"/>
      <w:r w:rsidRPr="003E02CD">
        <w:rPr>
          <w:lang w:val="it-IT"/>
        </w:rPr>
        <w:t xml:space="preserve"> 60 </w:t>
      </w:r>
      <w:proofErr w:type="spellStart"/>
      <w:r w:rsidRPr="003E02CD">
        <w:rPr>
          <w:lang w:val="it-IT"/>
        </w:rPr>
        <w:t>dni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pred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začetkom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projekta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oziroma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dogodka</w:t>
      </w:r>
      <w:proofErr w:type="spellEnd"/>
      <w:r w:rsidRPr="003E02CD">
        <w:rPr>
          <w:lang w:val="it-IT"/>
        </w:rPr>
        <w:t>.</w:t>
      </w:r>
    </w:p>
    <w:p w14:paraId="10F29FA7" w14:textId="77777777" w:rsidR="001045FF" w:rsidRPr="003E02CD" w:rsidRDefault="001045FF">
      <w:pPr>
        <w:rPr>
          <w:lang w:val="it-IT"/>
        </w:rPr>
      </w:pPr>
    </w:p>
    <w:p w14:paraId="2687E495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1. </w:t>
      </w:r>
      <w:proofErr w:type="spellStart"/>
      <w:r w:rsidRPr="003E02CD">
        <w:rPr>
          <w:lang w:val="it-IT"/>
        </w:rPr>
        <w:t>Podatki</w:t>
      </w:r>
      <w:proofErr w:type="spellEnd"/>
      <w:r w:rsidRPr="003E02CD">
        <w:rPr>
          <w:lang w:val="it-IT"/>
        </w:rPr>
        <w:t xml:space="preserve"> o </w:t>
      </w:r>
      <w:proofErr w:type="spellStart"/>
      <w:r w:rsidRPr="003E02CD">
        <w:rPr>
          <w:lang w:val="it-IT"/>
        </w:rPr>
        <w:t>vlagatelju</w:t>
      </w:r>
      <w:proofErr w:type="spellEnd"/>
    </w:p>
    <w:p w14:paraId="53FEAA9D" w14:textId="77777777" w:rsidR="001045FF" w:rsidRDefault="001045FF">
      <w:pPr>
        <w:rPr>
          <w:lang w:val="it-IT"/>
        </w:rPr>
      </w:pPr>
    </w:p>
    <w:p w14:paraId="4658EDBD" w14:textId="5746D8F9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Naziv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organizacije</w:t>
      </w:r>
      <w:proofErr w:type="spellEnd"/>
      <w:r w:rsidRPr="003E02CD">
        <w:rPr>
          <w:lang w:val="it-IT"/>
        </w:rPr>
        <w:t>: ______________________________</w:t>
      </w:r>
    </w:p>
    <w:p w14:paraId="5CA53BAF" w14:textId="77777777" w:rsidR="005903DA" w:rsidRPr="003E02CD" w:rsidRDefault="00580538">
      <w:pPr>
        <w:rPr>
          <w:lang w:val="it-IT"/>
        </w:rPr>
      </w:pPr>
      <w:r w:rsidRPr="003E02CD">
        <w:rPr>
          <w:lang w:val="it-IT"/>
        </w:rPr>
        <w:t xml:space="preserve">Pravna </w:t>
      </w:r>
      <w:proofErr w:type="spellStart"/>
      <w:r w:rsidRPr="003E02CD">
        <w:rPr>
          <w:lang w:val="it-IT"/>
        </w:rPr>
        <w:t>oblika</w:t>
      </w:r>
      <w:proofErr w:type="spellEnd"/>
      <w:r w:rsidRPr="003E02CD">
        <w:rPr>
          <w:lang w:val="it-IT"/>
        </w:rPr>
        <w:t>: ______________________________</w:t>
      </w:r>
    </w:p>
    <w:p w14:paraId="49EF821D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Naslov</w:t>
      </w:r>
      <w:proofErr w:type="spellEnd"/>
      <w:r w:rsidRPr="003E02CD">
        <w:rPr>
          <w:lang w:val="it-IT"/>
        </w:rPr>
        <w:t>: ______________________________</w:t>
      </w:r>
    </w:p>
    <w:p w14:paraId="045F6EB3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Davčna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številka</w:t>
      </w:r>
      <w:proofErr w:type="spellEnd"/>
      <w:r w:rsidRPr="003E02CD">
        <w:rPr>
          <w:lang w:val="it-IT"/>
        </w:rPr>
        <w:t>: ______________________________</w:t>
      </w:r>
    </w:p>
    <w:p w14:paraId="5C268C89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Spletna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stran</w:t>
      </w:r>
      <w:proofErr w:type="spellEnd"/>
      <w:r w:rsidRPr="003E02CD">
        <w:rPr>
          <w:lang w:val="it-IT"/>
        </w:rPr>
        <w:t>: ______________________________</w:t>
      </w:r>
    </w:p>
    <w:p w14:paraId="4DEA56DC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Kontaktna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oseba</w:t>
      </w:r>
      <w:proofErr w:type="spellEnd"/>
      <w:r w:rsidRPr="003E02CD">
        <w:rPr>
          <w:lang w:val="it-IT"/>
        </w:rPr>
        <w:t>: ______________________________</w:t>
      </w:r>
    </w:p>
    <w:p w14:paraId="32130FC3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Telefon</w:t>
      </w:r>
      <w:proofErr w:type="spellEnd"/>
      <w:r w:rsidRPr="003E02CD">
        <w:rPr>
          <w:lang w:val="it-IT"/>
        </w:rPr>
        <w:t>: ______________________________</w:t>
      </w:r>
    </w:p>
    <w:p w14:paraId="20507D84" w14:textId="77777777" w:rsidR="005903DA" w:rsidRDefault="00580538">
      <w:pPr>
        <w:rPr>
          <w:lang w:val="it-IT"/>
        </w:rPr>
      </w:pPr>
      <w:r w:rsidRPr="003E02CD">
        <w:rPr>
          <w:lang w:val="it-IT"/>
        </w:rPr>
        <w:t>E-</w:t>
      </w:r>
      <w:proofErr w:type="spellStart"/>
      <w:r w:rsidRPr="003E02CD">
        <w:rPr>
          <w:lang w:val="it-IT"/>
        </w:rPr>
        <w:t>pošta</w:t>
      </w:r>
      <w:proofErr w:type="spellEnd"/>
      <w:r w:rsidRPr="003E02CD">
        <w:rPr>
          <w:lang w:val="it-IT"/>
        </w:rPr>
        <w:t>: ______________________________</w:t>
      </w:r>
    </w:p>
    <w:p w14:paraId="29D00069" w14:textId="77777777" w:rsidR="001045FF" w:rsidRPr="003E02CD" w:rsidRDefault="001045FF">
      <w:pPr>
        <w:rPr>
          <w:lang w:val="it-IT"/>
        </w:rPr>
      </w:pPr>
    </w:p>
    <w:p w14:paraId="4AEBE3FB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2. </w:t>
      </w:r>
      <w:proofErr w:type="spellStart"/>
      <w:r w:rsidRPr="003E02CD">
        <w:rPr>
          <w:lang w:val="it-IT"/>
        </w:rPr>
        <w:t>Podatki</w:t>
      </w:r>
      <w:proofErr w:type="spellEnd"/>
      <w:r w:rsidRPr="003E02CD">
        <w:rPr>
          <w:lang w:val="it-IT"/>
        </w:rPr>
        <w:t xml:space="preserve"> o </w:t>
      </w:r>
      <w:proofErr w:type="spellStart"/>
      <w:r w:rsidRPr="003E02CD">
        <w:rPr>
          <w:lang w:val="it-IT"/>
        </w:rPr>
        <w:t>projektu</w:t>
      </w:r>
      <w:proofErr w:type="spellEnd"/>
    </w:p>
    <w:p w14:paraId="15C0C4B5" w14:textId="77777777" w:rsidR="001045FF" w:rsidRDefault="001045FF">
      <w:pPr>
        <w:rPr>
          <w:lang w:val="it-IT"/>
        </w:rPr>
      </w:pPr>
    </w:p>
    <w:p w14:paraId="5695E268" w14:textId="2BAC8D98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Naziv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projekta</w:t>
      </w:r>
      <w:proofErr w:type="spellEnd"/>
      <w:r w:rsidRPr="003E02CD">
        <w:rPr>
          <w:lang w:val="it-IT"/>
        </w:rPr>
        <w:t>: ______________________________</w:t>
      </w:r>
    </w:p>
    <w:p w14:paraId="4F1BA1E5" w14:textId="53790F84" w:rsidR="005903DA" w:rsidRDefault="00580538">
      <w:r>
        <w:t xml:space="preserve">Datum </w:t>
      </w:r>
      <w:proofErr w:type="spellStart"/>
      <w:r>
        <w:t>izvedbe</w:t>
      </w:r>
      <w:proofErr w:type="spellEnd"/>
      <w:r w:rsidR="001045FF" w:rsidRPr="003E02CD">
        <w:rPr>
          <w:lang w:val="it-IT"/>
        </w:rPr>
        <w:t>: ______________________________</w:t>
      </w:r>
    </w:p>
    <w:p w14:paraId="721EC087" w14:textId="77777777" w:rsidR="005903DA" w:rsidRDefault="00580538">
      <w:r>
        <w:t>Kraj izvedbe: ______________________________</w:t>
      </w:r>
    </w:p>
    <w:p w14:paraId="20CD024A" w14:textId="77777777" w:rsidR="005903DA" w:rsidRDefault="00580538">
      <w:proofErr w:type="spellStart"/>
      <w:r>
        <w:t>Opis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>: ______________________________</w:t>
      </w:r>
    </w:p>
    <w:p w14:paraId="1FAC6CF8" w14:textId="77777777" w:rsidR="001045FF" w:rsidRDefault="001045FF"/>
    <w:p w14:paraId="2515FA94" w14:textId="77777777" w:rsidR="001045FF" w:rsidRDefault="001045FF"/>
    <w:p w14:paraId="04D82239" w14:textId="77777777" w:rsidR="001045FF" w:rsidRDefault="001045FF"/>
    <w:p w14:paraId="73DDA579" w14:textId="77777777" w:rsidR="005903DA" w:rsidRDefault="00580538">
      <w:pPr>
        <w:pStyle w:val="Heading2"/>
      </w:pPr>
      <w:r>
        <w:lastRenderedPageBreak/>
        <w:t>3. Namen in cilji projekta</w:t>
      </w:r>
    </w:p>
    <w:p w14:paraId="192215EF" w14:textId="77777777" w:rsidR="005903DA" w:rsidRDefault="005903DA"/>
    <w:p w14:paraId="0309F2D1" w14:textId="77777777" w:rsidR="001045FF" w:rsidRDefault="001045FF"/>
    <w:p w14:paraId="37F80FFD" w14:textId="77777777" w:rsidR="001045FF" w:rsidRDefault="001045FF"/>
    <w:p w14:paraId="4BB038C8" w14:textId="77777777" w:rsidR="005903DA" w:rsidRPr="001045FF" w:rsidRDefault="00580538">
      <w:pPr>
        <w:pStyle w:val="Heading2"/>
        <w:rPr>
          <w:lang w:val="it-IT"/>
        </w:rPr>
      </w:pPr>
      <w:r w:rsidRPr="001045FF">
        <w:rPr>
          <w:lang w:val="it-IT"/>
        </w:rPr>
        <w:t xml:space="preserve">4. </w:t>
      </w:r>
      <w:proofErr w:type="spellStart"/>
      <w:r w:rsidRPr="001045FF">
        <w:rPr>
          <w:lang w:val="it-IT"/>
        </w:rPr>
        <w:t>Javni</w:t>
      </w:r>
      <w:proofErr w:type="spellEnd"/>
      <w:r w:rsidRPr="001045FF">
        <w:rPr>
          <w:lang w:val="it-IT"/>
        </w:rPr>
        <w:t xml:space="preserve"> </w:t>
      </w:r>
      <w:proofErr w:type="spellStart"/>
      <w:r w:rsidRPr="001045FF">
        <w:rPr>
          <w:lang w:val="it-IT"/>
        </w:rPr>
        <w:t>interes</w:t>
      </w:r>
      <w:proofErr w:type="spellEnd"/>
      <w:r w:rsidRPr="001045FF">
        <w:rPr>
          <w:lang w:val="it-IT"/>
        </w:rPr>
        <w:t xml:space="preserve"> in </w:t>
      </w:r>
      <w:proofErr w:type="spellStart"/>
      <w:r w:rsidRPr="001045FF">
        <w:rPr>
          <w:lang w:val="it-IT"/>
        </w:rPr>
        <w:t>družbena</w:t>
      </w:r>
      <w:proofErr w:type="spellEnd"/>
      <w:r w:rsidRPr="001045FF">
        <w:rPr>
          <w:lang w:val="it-IT"/>
        </w:rPr>
        <w:t xml:space="preserve"> </w:t>
      </w:r>
      <w:proofErr w:type="spellStart"/>
      <w:r w:rsidRPr="001045FF">
        <w:rPr>
          <w:lang w:val="it-IT"/>
        </w:rPr>
        <w:t>vrednost</w:t>
      </w:r>
      <w:proofErr w:type="spellEnd"/>
    </w:p>
    <w:p w14:paraId="427F2B05" w14:textId="77777777" w:rsidR="005903DA" w:rsidRPr="001045FF" w:rsidRDefault="005903DA">
      <w:pPr>
        <w:rPr>
          <w:lang w:val="it-IT"/>
        </w:rPr>
      </w:pPr>
    </w:p>
    <w:p w14:paraId="38191D84" w14:textId="77777777" w:rsidR="001045FF" w:rsidRPr="001045FF" w:rsidRDefault="001045FF">
      <w:pPr>
        <w:rPr>
          <w:lang w:val="it-IT"/>
        </w:rPr>
      </w:pPr>
    </w:p>
    <w:p w14:paraId="074E9C72" w14:textId="77777777" w:rsidR="001045FF" w:rsidRPr="001045FF" w:rsidRDefault="001045FF">
      <w:pPr>
        <w:rPr>
          <w:lang w:val="it-IT"/>
        </w:rPr>
      </w:pPr>
    </w:p>
    <w:p w14:paraId="23A23AE8" w14:textId="77777777" w:rsidR="005903DA" w:rsidRDefault="00580538">
      <w:pPr>
        <w:pStyle w:val="Heading2"/>
      </w:pPr>
      <w:r>
        <w:t>5. Predlagana oblika sodelovanja</w:t>
      </w:r>
    </w:p>
    <w:p w14:paraId="0D8EDE3B" w14:textId="77777777" w:rsidR="001045FF" w:rsidRDefault="001045FF"/>
    <w:p w14:paraId="21BA92D3" w14:textId="6DD488BE" w:rsidR="005903DA" w:rsidRDefault="00580538">
      <w:r>
        <w:t xml:space="preserve">☐ </w:t>
      </w:r>
      <w:proofErr w:type="spellStart"/>
      <w:r>
        <w:t>Medijsko</w:t>
      </w:r>
      <w:proofErr w:type="spellEnd"/>
      <w:r>
        <w:t xml:space="preserve"> </w:t>
      </w:r>
      <w:proofErr w:type="spellStart"/>
      <w:r>
        <w:t>pokroviteljstvo</w:t>
      </w:r>
      <w:proofErr w:type="spellEnd"/>
    </w:p>
    <w:p w14:paraId="0D9F7981" w14:textId="77777777" w:rsidR="005903DA" w:rsidRDefault="00580538">
      <w:r>
        <w:t>☐ Programsko-poslovno sodelovanje</w:t>
      </w:r>
    </w:p>
    <w:p w14:paraId="3A04FCF7" w14:textId="77777777" w:rsidR="005903DA" w:rsidRDefault="00580538">
      <w:r>
        <w:t xml:space="preserve">☐ Izbiro oblike </w:t>
      </w:r>
      <w:proofErr w:type="spellStart"/>
      <w:r>
        <w:t>sodelovanja</w:t>
      </w:r>
      <w:proofErr w:type="spellEnd"/>
      <w:r>
        <w:t xml:space="preserve"> </w:t>
      </w:r>
      <w:proofErr w:type="spellStart"/>
      <w:r>
        <w:t>prepuščam</w:t>
      </w:r>
      <w:proofErr w:type="spellEnd"/>
      <w:r>
        <w:t xml:space="preserve"> RTV Slovenija</w:t>
      </w:r>
    </w:p>
    <w:p w14:paraId="5D032E7E" w14:textId="77777777" w:rsidR="001045FF" w:rsidRDefault="001045FF"/>
    <w:p w14:paraId="6C6964EC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6. </w:t>
      </w:r>
      <w:proofErr w:type="spellStart"/>
      <w:r w:rsidRPr="003E02CD">
        <w:rPr>
          <w:lang w:val="it-IT"/>
        </w:rPr>
        <w:t>Predlagane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aktivnosti</w:t>
      </w:r>
      <w:proofErr w:type="spellEnd"/>
      <w:r w:rsidRPr="003E02CD">
        <w:rPr>
          <w:lang w:val="it-IT"/>
        </w:rPr>
        <w:t xml:space="preserve"> RTV Slovenija</w:t>
      </w:r>
    </w:p>
    <w:p w14:paraId="689389A8" w14:textId="77777777" w:rsidR="001045FF" w:rsidRDefault="001045FF">
      <w:pPr>
        <w:rPr>
          <w:lang w:val="it-IT"/>
        </w:rPr>
      </w:pPr>
    </w:p>
    <w:p w14:paraId="22519FBB" w14:textId="3CF044FE" w:rsidR="005903DA" w:rsidRPr="003E02CD" w:rsidRDefault="00580538">
      <w:pPr>
        <w:rPr>
          <w:lang w:val="it-IT"/>
        </w:rPr>
      </w:pPr>
      <w:r w:rsidRPr="003E02CD">
        <w:rPr>
          <w:lang w:val="it-IT"/>
        </w:rPr>
        <w:t>☐ TV Slovenija</w:t>
      </w:r>
    </w:p>
    <w:p w14:paraId="30699549" w14:textId="77777777" w:rsidR="005903DA" w:rsidRPr="003E02CD" w:rsidRDefault="00580538">
      <w:pPr>
        <w:rPr>
          <w:lang w:val="it-IT"/>
        </w:rPr>
      </w:pPr>
      <w:r w:rsidRPr="003E02CD">
        <w:rPr>
          <w:lang w:val="it-IT"/>
        </w:rPr>
        <w:t>☐ Radio Slovenija</w:t>
      </w:r>
    </w:p>
    <w:p w14:paraId="5D90EEE1" w14:textId="6F7999FF" w:rsidR="005903DA" w:rsidRPr="003E02CD" w:rsidRDefault="00580538">
      <w:pPr>
        <w:rPr>
          <w:lang w:val="it-IT"/>
        </w:rPr>
      </w:pPr>
      <w:r w:rsidRPr="003E02CD">
        <w:rPr>
          <w:lang w:val="it-IT"/>
        </w:rPr>
        <w:t>☐ MMC</w:t>
      </w:r>
      <w:r w:rsidR="001045FF">
        <w:rPr>
          <w:lang w:val="it-IT"/>
        </w:rPr>
        <w:t xml:space="preserve"> rtvslo.si</w:t>
      </w:r>
    </w:p>
    <w:p w14:paraId="1C291405" w14:textId="77777777" w:rsidR="005903DA" w:rsidRDefault="00580538">
      <w:pPr>
        <w:rPr>
          <w:lang w:val="it-IT"/>
        </w:rPr>
      </w:pPr>
      <w:r w:rsidRPr="003E02CD">
        <w:rPr>
          <w:lang w:val="it-IT"/>
        </w:rPr>
        <w:t>☐ Drugo</w:t>
      </w:r>
    </w:p>
    <w:p w14:paraId="07514A47" w14:textId="77777777" w:rsidR="001045FF" w:rsidRPr="003E02CD" w:rsidRDefault="001045FF">
      <w:pPr>
        <w:rPr>
          <w:lang w:val="it-IT"/>
        </w:rPr>
      </w:pPr>
    </w:p>
    <w:p w14:paraId="6EF1B4F8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7. </w:t>
      </w:r>
      <w:proofErr w:type="spellStart"/>
      <w:r w:rsidRPr="003E02CD">
        <w:rPr>
          <w:lang w:val="it-IT"/>
        </w:rPr>
        <w:t>Ponudba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vlagatelja</w:t>
      </w:r>
      <w:proofErr w:type="spellEnd"/>
      <w:r w:rsidRPr="003E02CD">
        <w:rPr>
          <w:lang w:val="it-IT"/>
        </w:rPr>
        <w:t xml:space="preserve"> RTV Slovenija</w:t>
      </w:r>
    </w:p>
    <w:p w14:paraId="49B86DED" w14:textId="77777777" w:rsidR="005903DA" w:rsidRDefault="005903DA">
      <w:pPr>
        <w:rPr>
          <w:lang w:val="it-IT"/>
        </w:rPr>
      </w:pPr>
    </w:p>
    <w:p w14:paraId="60DA0A48" w14:textId="77777777" w:rsidR="001045FF" w:rsidRDefault="001045FF">
      <w:pPr>
        <w:rPr>
          <w:lang w:val="it-IT"/>
        </w:rPr>
      </w:pPr>
    </w:p>
    <w:p w14:paraId="6A58F26A" w14:textId="77777777" w:rsidR="001045FF" w:rsidRDefault="001045FF">
      <w:pPr>
        <w:rPr>
          <w:lang w:val="it-IT"/>
        </w:rPr>
      </w:pPr>
    </w:p>
    <w:p w14:paraId="73FA9315" w14:textId="77777777" w:rsidR="001045FF" w:rsidRDefault="001045FF">
      <w:pPr>
        <w:rPr>
          <w:lang w:val="it-IT"/>
        </w:rPr>
      </w:pPr>
    </w:p>
    <w:p w14:paraId="435E033A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lastRenderedPageBreak/>
        <w:t xml:space="preserve">8. </w:t>
      </w:r>
      <w:proofErr w:type="spellStart"/>
      <w:r w:rsidRPr="003E02CD">
        <w:rPr>
          <w:lang w:val="it-IT"/>
        </w:rPr>
        <w:t>Ciljna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publika</w:t>
      </w:r>
      <w:proofErr w:type="spellEnd"/>
    </w:p>
    <w:p w14:paraId="08AE91A7" w14:textId="77777777" w:rsidR="005903DA" w:rsidRDefault="005903DA">
      <w:pPr>
        <w:rPr>
          <w:lang w:val="it-IT"/>
        </w:rPr>
      </w:pPr>
    </w:p>
    <w:p w14:paraId="62523CFB" w14:textId="77777777" w:rsidR="001045FF" w:rsidRDefault="001045FF">
      <w:pPr>
        <w:rPr>
          <w:lang w:val="it-IT"/>
        </w:rPr>
      </w:pPr>
    </w:p>
    <w:p w14:paraId="10B59A2A" w14:textId="77777777" w:rsidR="001045FF" w:rsidRPr="003E02CD" w:rsidRDefault="001045FF">
      <w:pPr>
        <w:rPr>
          <w:lang w:val="it-IT"/>
        </w:rPr>
      </w:pPr>
    </w:p>
    <w:p w14:paraId="2C167562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9. </w:t>
      </w:r>
      <w:proofErr w:type="spellStart"/>
      <w:r w:rsidRPr="003E02CD">
        <w:rPr>
          <w:lang w:val="it-IT"/>
        </w:rPr>
        <w:t>Financiranje</w:t>
      </w:r>
      <w:proofErr w:type="spellEnd"/>
    </w:p>
    <w:p w14:paraId="2887FC3B" w14:textId="77777777" w:rsidR="001045FF" w:rsidRDefault="001045FF">
      <w:pPr>
        <w:rPr>
          <w:lang w:val="it-IT"/>
        </w:rPr>
      </w:pPr>
    </w:p>
    <w:p w14:paraId="74A1EF8A" w14:textId="07FA4DD1" w:rsidR="005903DA" w:rsidRPr="003E02CD" w:rsidRDefault="00580538">
      <w:pPr>
        <w:rPr>
          <w:lang w:val="it-IT"/>
        </w:rPr>
      </w:pPr>
      <w:r w:rsidRPr="003E02CD">
        <w:rPr>
          <w:lang w:val="it-IT"/>
        </w:rPr>
        <w:t xml:space="preserve">Ali </w:t>
      </w:r>
      <w:proofErr w:type="spellStart"/>
      <w:r w:rsidRPr="003E02CD">
        <w:rPr>
          <w:lang w:val="it-IT"/>
        </w:rPr>
        <w:t>projekt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prejema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javna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sredstva</w:t>
      </w:r>
      <w:proofErr w:type="spellEnd"/>
      <w:r w:rsidRPr="003E02CD">
        <w:rPr>
          <w:lang w:val="it-IT"/>
        </w:rPr>
        <w:t>? DA / NE: ______________________________</w:t>
      </w:r>
    </w:p>
    <w:p w14:paraId="036F7128" w14:textId="77777777" w:rsidR="005903DA" w:rsidRDefault="00580538">
      <w:pPr>
        <w:rPr>
          <w:lang w:val="it-IT"/>
        </w:rPr>
      </w:pPr>
      <w:r w:rsidRPr="003E02CD">
        <w:rPr>
          <w:lang w:val="it-IT"/>
        </w:rPr>
        <w:t xml:space="preserve">Drugi </w:t>
      </w:r>
      <w:proofErr w:type="spellStart"/>
      <w:r w:rsidRPr="003E02CD">
        <w:rPr>
          <w:lang w:val="it-IT"/>
        </w:rPr>
        <w:t>partnerji</w:t>
      </w:r>
      <w:proofErr w:type="spellEnd"/>
      <w:r w:rsidRPr="003E02CD">
        <w:rPr>
          <w:lang w:val="it-IT"/>
        </w:rPr>
        <w:t>: ______________________________</w:t>
      </w:r>
    </w:p>
    <w:p w14:paraId="634C57EA" w14:textId="77777777" w:rsidR="001045FF" w:rsidRPr="003E02CD" w:rsidRDefault="001045FF">
      <w:pPr>
        <w:rPr>
          <w:lang w:val="it-IT"/>
        </w:rPr>
      </w:pPr>
    </w:p>
    <w:p w14:paraId="6554ADEC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10. </w:t>
      </w:r>
      <w:proofErr w:type="spellStart"/>
      <w:r w:rsidRPr="003E02CD">
        <w:rPr>
          <w:lang w:val="it-IT"/>
        </w:rPr>
        <w:t>Priloge</w:t>
      </w:r>
      <w:proofErr w:type="spellEnd"/>
    </w:p>
    <w:p w14:paraId="7CA11EE2" w14:textId="77777777" w:rsidR="005903DA" w:rsidRPr="003E02CD" w:rsidRDefault="00580538">
      <w:pPr>
        <w:rPr>
          <w:lang w:val="it-IT"/>
        </w:rPr>
      </w:pPr>
      <w:r w:rsidRPr="003E02CD">
        <w:rPr>
          <w:lang w:val="it-IT"/>
        </w:rPr>
        <w:t>☐ Program</w:t>
      </w:r>
    </w:p>
    <w:p w14:paraId="4C2AB05F" w14:textId="77777777" w:rsidR="005903DA" w:rsidRPr="003E02CD" w:rsidRDefault="00580538">
      <w:pPr>
        <w:rPr>
          <w:lang w:val="it-IT"/>
        </w:rPr>
      </w:pPr>
      <w:r w:rsidRPr="003E02CD">
        <w:rPr>
          <w:lang w:val="it-IT"/>
        </w:rPr>
        <w:t xml:space="preserve">☐ </w:t>
      </w:r>
      <w:proofErr w:type="spellStart"/>
      <w:r w:rsidRPr="003E02CD">
        <w:rPr>
          <w:lang w:val="it-IT"/>
        </w:rPr>
        <w:t>Promocijski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načrt</w:t>
      </w:r>
      <w:proofErr w:type="spellEnd"/>
    </w:p>
    <w:p w14:paraId="1CBD187C" w14:textId="77777777" w:rsidR="005903DA" w:rsidRPr="003E02CD" w:rsidRDefault="00580538">
      <w:pPr>
        <w:rPr>
          <w:lang w:val="it-IT"/>
        </w:rPr>
      </w:pPr>
      <w:r w:rsidRPr="003E02CD">
        <w:rPr>
          <w:lang w:val="it-IT"/>
        </w:rPr>
        <w:t xml:space="preserve">☐ </w:t>
      </w:r>
      <w:proofErr w:type="spellStart"/>
      <w:r w:rsidRPr="003E02CD">
        <w:rPr>
          <w:lang w:val="it-IT"/>
        </w:rPr>
        <w:t>Logotip</w:t>
      </w:r>
      <w:proofErr w:type="spellEnd"/>
    </w:p>
    <w:p w14:paraId="1D611D13" w14:textId="77777777" w:rsidR="005903DA" w:rsidRDefault="00580538">
      <w:pPr>
        <w:rPr>
          <w:lang w:val="it-IT"/>
        </w:rPr>
      </w:pPr>
      <w:r w:rsidRPr="003E02CD">
        <w:rPr>
          <w:lang w:val="it-IT"/>
        </w:rPr>
        <w:t>☐ Drugo</w:t>
      </w:r>
    </w:p>
    <w:p w14:paraId="56DE0C16" w14:textId="77777777" w:rsidR="001045FF" w:rsidRPr="003E02CD" w:rsidRDefault="001045FF">
      <w:pPr>
        <w:rPr>
          <w:lang w:val="it-IT"/>
        </w:rPr>
      </w:pPr>
    </w:p>
    <w:p w14:paraId="31A51514" w14:textId="77777777" w:rsidR="005903DA" w:rsidRPr="003E02CD" w:rsidRDefault="00580538">
      <w:pPr>
        <w:pStyle w:val="Heading2"/>
        <w:rPr>
          <w:lang w:val="it-IT"/>
        </w:rPr>
      </w:pPr>
      <w:r w:rsidRPr="003E02CD">
        <w:rPr>
          <w:lang w:val="it-IT"/>
        </w:rPr>
        <w:t xml:space="preserve">11. </w:t>
      </w:r>
      <w:proofErr w:type="spellStart"/>
      <w:r w:rsidRPr="003E02CD">
        <w:rPr>
          <w:lang w:val="it-IT"/>
        </w:rPr>
        <w:t>Izjava</w:t>
      </w:r>
      <w:proofErr w:type="spellEnd"/>
    </w:p>
    <w:p w14:paraId="25267C6E" w14:textId="77777777" w:rsidR="005903DA" w:rsidRPr="003E02CD" w:rsidRDefault="00580538">
      <w:pPr>
        <w:rPr>
          <w:lang w:val="it-IT"/>
        </w:rPr>
      </w:pPr>
      <w:proofErr w:type="spellStart"/>
      <w:r w:rsidRPr="003E02CD">
        <w:rPr>
          <w:lang w:val="it-IT"/>
        </w:rPr>
        <w:t>Potrjujem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resničnost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podatkov</w:t>
      </w:r>
      <w:proofErr w:type="spellEnd"/>
      <w:r w:rsidRPr="003E02CD">
        <w:rPr>
          <w:lang w:val="it-IT"/>
        </w:rPr>
        <w:t xml:space="preserve"> in </w:t>
      </w:r>
      <w:proofErr w:type="spellStart"/>
      <w:r w:rsidRPr="003E02CD">
        <w:rPr>
          <w:lang w:val="it-IT"/>
        </w:rPr>
        <w:t>soglašam</w:t>
      </w:r>
      <w:proofErr w:type="spellEnd"/>
      <w:r w:rsidRPr="003E02CD">
        <w:rPr>
          <w:lang w:val="it-IT"/>
        </w:rPr>
        <w:t xml:space="preserve"> z </w:t>
      </w:r>
      <w:proofErr w:type="spellStart"/>
      <w:r w:rsidRPr="003E02CD">
        <w:rPr>
          <w:lang w:val="it-IT"/>
        </w:rPr>
        <w:t>obravnavo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vloge</w:t>
      </w:r>
      <w:proofErr w:type="spellEnd"/>
      <w:r w:rsidRPr="003E02CD">
        <w:rPr>
          <w:lang w:val="it-IT"/>
        </w:rPr>
        <w:t xml:space="preserve"> v </w:t>
      </w:r>
      <w:proofErr w:type="spellStart"/>
      <w:r w:rsidRPr="003E02CD">
        <w:rPr>
          <w:lang w:val="it-IT"/>
        </w:rPr>
        <w:t>skladu</w:t>
      </w:r>
      <w:proofErr w:type="spellEnd"/>
      <w:r w:rsidRPr="003E02CD">
        <w:rPr>
          <w:lang w:val="it-IT"/>
        </w:rPr>
        <w:t xml:space="preserve"> z </w:t>
      </w:r>
      <w:proofErr w:type="spellStart"/>
      <w:r w:rsidRPr="003E02CD">
        <w:rPr>
          <w:lang w:val="it-IT"/>
        </w:rPr>
        <w:t>objavljenimi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merili</w:t>
      </w:r>
      <w:proofErr w:type="spellEnd"/>
      <w:r w:rsidRPr="003E02CD">
        <w:rPr>
          <w:lang w:val="it-IT"/>
        </w:rPr>
        <w:t xml:space="preserve">. </w:t>
      </w:r>
      <w:proofErr w:type="spellStart"/>
      <w:r w:rsidRPr="003E02CD">
        <w:rPr>
          <w:lang w:val="it-IT"/>
        </w:rPr>
        <w:t>Zavedam</w:t>
      </w:r>
      <w:proofErr w:type="spellEnd"/>
      <w:r w:rsidRPr="003E02CD">
        <w:rPr>
          <w:lang w:val="it-IT"/>
        </w:rPr>
        <w:t xml:space="preserve"> se, da </w:t>
      </w:r>
      <w:proofErr w:type="spellStart"/>
      <w:r w:rsidRPr="003E02CD">
        <w:rPr>
          <w:lang w:val="it-IT"/>
        </w:rPr>
        <w:t>oddaja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vloge</w:t>
      </w:r>
      <w:proofErr w:type="spellEnd"/>
      <w:r w:rsidRPr="003E02CD">
        <w:rPr>
          <w:lang w:val="it-IT"/>
        </w:rPr>
        <w:t xml:space="preserve"> ne </w:t>
      </w:r>
      <w:proofErr w:type="spellStart"/>
      <w:r w:rsidRPr="003E02CD">
        <w:rPr>
          <w:lang w:val="it-IT"/>
        </w:rPr>
        <w:t>pomeni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odobritve</w:t>
      </w:r>
      <w:proofErr w:type="spellEnd"/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sodelovanja</w:t>
      </w:r>
      <w:proofErr w:type="spellEnd"/>
      <w:r w:rsidRPr="003E02CD">
        <w:rPr>
          <w:lang w:val="it-IT"/>
        </w:rPr>
        <w:t>.</w:t>
      </w:r>
    </w:p>
    <w:p w14:paraId="1BCB7F4F" w14:textId="77777777" w:rsidR="003E02CD" w:rsidRPr="003E02CD" w:rsidRDefault="003E02CD">
      <w:pPr>
        <w:rPr>
          <w:lang w:val="it-IT"/>
        </w:rPr>
      </w:pPr>
    </w:p>
    <w:p w14:paraId="50804B78" w14:textId="342719C5" w:rsidR="005903DA" w:rsidRPr="003E02CD" w:rsidRDefault="00580538">
      <w:pPr>
        <w:rPr>
          <w:lang w:val="it-IT"/>
        </w:rPr>
      </w:pPr>
      <w:r w:rsidRPr="003E02CD">
        <w:rPr>
          <w:lang w:val="it-IT"/>
        </w:rPr>
        <w:t xml:space="preserve">Datum: __________   </w:t>
      </w:r>
      <w:r w:rsidR="003E02CD" w:rsidRPr="003E02CD">
        <w:rPr>
          <w:lang w:val="it-IT"/>
        </w:rPr>
        <w:t xml:space="preserve"> </w:t>
      </w:r>
      <w:r w:rsidR="003E02CD">
        <w:rPr>
          <w:lang w:val="it-IT"/>
        </w:rPr>
        <w:t xml:space="preserve">                                                         </w:t>
      </w:r>
      <w:r w:rsidRPr="003E02CD">
        <w:rPr>
          <w:lang w:val="it-IT"/>
        </w:rPr>
        <w:t xml:space="preserve"> </w:t>
      </w:r>
      <w:proofErr w:type="spellStart"/>
      <w:r w:rsidRPr="003E02CD">
        <w:rPr>
          <w:lang w:val="it-IT"/>
        </w:rPr>
        <w:t>Podpis</w:t>
      </w:r>
      <w:proofErr w:type="spellEnd"/>
      <w:r w:rsidRPr="003E02CD">
        <w:rPr>
          <w:lang w:val="it-IT"/>
        </w:rPr>
        <w:t>: __________</w:t>
      </w:r>
    </w:p>
    <w:sectPr w:rsidR="005903DA" w:rsidRPr="003E02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895793">
    <w:abstractNumId w:val="8"/>
  </w:num>
  <w:num w:numId="2" w16cid:durableId="736830234">
    <w:abstractNumId w:val="6"/>
  </w:num>
  <w:num w:numId="3" w16cid:durableId="1718041025">
    <w:abstractNumId w:val="5"/>
  </w:num>
  <w:num w:numId="4" w16cid:durableId="1487630872">
    <w:abstractNumId w:val="4"/>
  </w:num>
  <w:num w:numId="5" w16cid:durableId="2116486012">
    <w:abstractNumId w:val="7"/>
  </w:num>
  <w:num w:numId="6" w16cid:durableId="1670062854">
    <w:abstractNumId w:val="3"/>
  </w:num>
  <w:num w:numId="7" w16cid:durableId="1943611827">
    <w:abstractNumId w:val="2"/>
  </w:num>
  <w:num w:numId="8" w16cid:durableId="1555460113">
    <w:abstractNumId w:val="1"/>
  </w:num>
  <w:num w:numId="9" w16cid:durableId="6738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982"/>
    <w:rsid w:val="0006063C"/>
    <w:rsid w:val="001045FF"/>
    <w:rsid w:val="0015074B"/>
    <w:rsid w:val="0029639D"/>
    <w:rsid w:val="00326F90"/>
    <w:rsid w:val="003E02CD"/>
    <w:rsid w:val="00580538"/>
    <w:rsid w:val="005903DA"/>
    <w:rsid w:val="00AA1D8D"/>
    <w:rsid w:val="00B47730"/>
    <w:rsid w:val="00B833FC"/>
    <w:rsid w:val="00CB0664"/>
    <w:rsid w:val="00E00429"/>
    <w:rsid w:val="00E121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62EE41"/>
  <w14:defaultImageDpi w14:val="300"/>
  <w15:docId w15:val="{3D9E1960-58E2-458D-8A56-DB04E96B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Bostele Mojca</cp:lastModifiedBy>
  <cp:revision>2</cp:revision>
  <dcterms:created xsi:type="dcterms:W3CDTF">2026-07-14T09:55:00Z</dcterms:created>
  <dcterms:modified xsi:type="dcterms:W3CDTF">2026-07-14T09:55:00Z</dcterms:modified>
  <cp:category/>
</cp:coreProperties>
</file>